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אוצר מילים הקשור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על הכיתה ועל ההפסקה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וכתיבה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לוח גדול ושולחנות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ספר, מחברת ועיפרון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משחקים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לבקש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שבכיתה יש לוח גדול ושולחנות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בתיק יש ספר, מחברת ועיפרון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המורה כותבת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 שבהפסקה משחקים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בכיתה יש שולחנות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(תרמיל ללימודים)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 בו טקסט לקריאה)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(המורה כותבת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(יושבים לידו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(כותבים בה בשיעור)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ושולחנות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התיק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משפט פשוט עם לפחות שני חפצים מהאוצר מילים, למשל ספר, מחברת או 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לפחות שני חפצים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שהמורה כותבת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שבהפסקה משחקים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המוקלט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לחזור על המילים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מתואר חדר הכיתה, החפצים שבתיק ומה עושים בהפסקה. בדף זה נתרגל את אוצר המילים והמשפטים מהטקסט.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 גדול ושולחנות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מיטה וכיסא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כותבת על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ספר, מחברת ועיפרון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מתאימה ל-🎒?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פירוש המילה "לשאול"?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לבקש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לישון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יש לוח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בתיק יש כדור.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כותבת על השולחן.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משחקים בחצר.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אין שולחנות.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זאת 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יש __________ גדול ושולחנות.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שלי יש ספר, מחברת ועיפרון.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כותבת על הלוח.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אני משחק בחצר.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המורה כותבת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יושבים לידו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בה בשיעור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בו טקסט לקריאה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תרמיל ללימודים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ושולחנות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התיק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בתיק שלכם? כתבו משפט שמתחיל ב: "בתיק שלי יש..."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 בכיתה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כותב על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בהפסקה?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