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אוצר מילים הקשור לבית הספר ולכיתה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משפטים פשוטים על הכיתה ועל ההפסקה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השלמת משפטים וכתיבה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לוח גדול ושולחנות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ספר, מחברת ועיפרון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משחקים בחצר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לבקש 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שבכיתה יש לוח גדול ושולחנות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בתיק יש ספר, מחברת ועיפרון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המורה כותבת על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בטקסט שבהפסקה משחקים בחצר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בכיתה יש שולחנות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בהפסקה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(תרמיל ללימודים)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(יש בו טקסט לקריאה)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(המורה כותבת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(יושבים לידו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(כותבים בה בשיעור)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ושולחנות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התיק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משפט פשוט עם לפחות שני חפצים מהאוצר מילים, למשל ספר, מחברת או עיפרון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לפחות שני חפצים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יודע שהמורה כותבת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יודע שבהפסקה משחקים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המוקלט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לחזור על המילים בקול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השאלות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מילים על בית הספר והכיתה. נקרא משפטים קצרים ונתרגל אותם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כיתה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החדר שבו לומדים בבית הספר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שמלמד בכיתה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שקוראים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מחברת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שכותבים בו בשיעור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עיפרון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כתיבה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שקית ששמים בה דברים ללימודים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משטח שהמורה כותבת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קצר בלי שיעור, משחקים בו בחצר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נמצא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לוח גדול ושולחנות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מיטה וכיסא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כותבת 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שמים בתיק?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ספר, מחברת ועיפרון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צעצועים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כשאין 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משחקים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כשלא מבינים?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לבקש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לקרוא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ללכת לישון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בכיתה יש לוח גדול.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בתיק יש כדור.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כותבת על השולחן.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בהפסקה משחקים בחצר.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בכיתה אין שולחנות.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זאת __________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בכיתה יש __________ גדול ושולחנות.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שלי יש ספר, מחברת ועיפרון.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כותבת על הלוח.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אני משחק בחצר.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כותבים בה בשיעור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המורה כותבת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יש בו טקסט לקריאה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תרמיל ללימודים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מחברת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יושבים לידו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ושולחנות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גדול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על התיק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יש בתיק שלכם? כתבו משפט שמתחיל ב: "בתיק שלי יש..."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יש בכיתה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כותב על הלוח?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בהפסקה?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בית הספר והכיתה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