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אוצר מילים הקשור לבית הספר ולכיתה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משפטים פשוטים על הכיתה ועל ההפסקה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משפטים וכתיבה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לוח גדול ושולחנות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שבכיתה יש לוח גדול ושולחנות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בתיק יש ספר, מחברת ועיפרון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(תרמיל ללימודים)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(יש בו טקסט לקריאה)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(המורה כותבת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(יושבים לידו בכיתה)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התיק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משפט פשוט עם לפחות שני חפצים מהאוצר מילים, למשל ספר, מחברת או עיפרון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לפחות שני חפצים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שהמורה כותבת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שבהפסקה משחקים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המוקלט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לחזור על המילים בקול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 מתואר חדר הכיתה, החפצים שבתיק ומה עושים בהפסקה. בדף זה נתרגל את אוצר המילים והמשפטים מהטקסט.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הכיתה  ·  לוח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יש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לוח גדול ושולחנות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מיטה וכיסא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כותבת על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אמא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בכיתה יש לוח גדול.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בתיק יש כדור.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זאת __________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בכיתה יש __________ גדול ושולחנות.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יושבים לידו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המורה כותבת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יש בו טקסט לקריאה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תרמיל ללימודים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על התיק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יש בתיק שלכם? כתבו משפט שמתחיל ב: "בתיק שלי יש..."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יש בכיתה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כותב על הלוח?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בית הספר והכיתה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